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Reading a spec sheet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03 — Hardware · Lesson 2 — Monitors, printers and storage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Reading a spec sheet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2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03 — Hardware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Write down the specification of any device you own. Which numbers do you actually understand?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do GHz, cores and GB of RAM each tell me?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Why does an SSD make a cheap machine feel fast?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How much storage does a set of files really need?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GHz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core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RAM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volatile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SSD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cloud storage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Find one real laptop advert. Translate its processor, RAM and storage figures into plain words: what would each mean for a Grade 10 learner?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03 — Hardware · Lesson 2 — Monitors, printers and storage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