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Four jobs, every component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03 — Hardware · Lesson 1 — The information processing cycle and input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Four jobs, every component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03 — Hardware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Name as many parts inside a computer as you can, and guess what each one does.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are the four stages of the information processing cycle?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question classifies a component I have never seen?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devices do two jobs at once?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input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processing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output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storage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peripheral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sensor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Take one everyday action — tapping in at the gate, taking a photo, printing. Name the component doing each of the four stages.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03 — Hardware · Lesson 1 — The information processing cycle and input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