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Six types, one question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01 — Introduction to Computers · Lesson 2 — Types of computers and features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Six types, one question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01 — Introduction to Computers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List every kind of computer you can name in one minute. Do not look anything up.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separates a personal computer from a server?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category do the computers I never notice belong to?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Can one device belong to two categories?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embedded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mobile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personal computer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server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mainframe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supercomputer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Classify the till point at the shop nearest your home. Name the one feature that decided it — purpose, processing power, users at once, portability or ownership.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01 — Introduction to Computers · Lesson 2 — Types of computers and features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